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251E" w:rsidRPr="009A251E" w:rsidRDefault="009A251E" w:rsidP="009A251E">
      <w:pPr>
        <w:pStyle w:val="NormalWeb"/>
        <w:rPr>
          <w:b/>
          <w:bCs/>
        </w:rPr>
      </w:pPr>
      <w:r w:rsidRPr="009A251E">
        <w:rPr>
          <w:b/>
          <w:bCs/>
        </w:rPr>
        <w:t>Oznámení o odstoupení od kupní smlouvy</w:t>
      </w:r>
    </w:p>
    <w:p w:rsidR="009A251E" w:rsidRDefault="009A251E" w:rsidP="009A251E">
      <w:pPr>
        <w:pStyle w:val="NormalWeb"/>
      </w:pPr>
      <w:r>
        <w:t>Tímto oznamuji, že odstupuji od kupní smlouvy uzavřené prostřednictvím internetového obchodu www.noae.cz.</w:t>
      </w:r>
    </w:p>
    <w:p w:rsidR="009A251E" w:rsidRDefault="009A251E" w:rsidP="009A251E">
      <w:pPr>
        <w:pStyle w:val="NormalWeb"/>
      </w:pPr>
      <w:r>
        <w:t> </w:t>
      </w:r>
    </w:p>
    <w:p w:rsidR="009A251E" w:rsidRDefault="009A251E" w:rsidP="009A251E">
      <w:pPr>
        <w:pStyle w:val="NormalWeb"/>
      </w:pPr>
      <w:r>
        <w:t>Číslo objednávky: ______________________________________________</w:t>
      </w:r>
    </w:p>
    <w:p w:rsidR="009A251E" w:rsidRDefault="009A251E" w:rsidP="009A251E">
      <w:pPr>
        <w:pStyle w:val="NormalWeb"/>
      </w:pPr>
      <w:r>
        <w:t>Datum objednávky: ______________________________________________</w:t>
      </w:r>
    </w:p>
    <w:p w:rsidR="009A251E" w:rsidRDefault="009A251E" w:rsidP="009A251E">
      <w:pPr>
        <w:pStyle w:val="NormalWeb"/>
      </w:pPr>
      <w:r>
        <w:t>Datum převzetí zboží: ___________________________________________</w:t>
      </w:r>
    </w:p>
    <w:p w:rsidR="009A251E" w:rsidRDefault="009A251E" w:rsidP="009A251E">
      <w:pPr>
        <w:pStyle w:val="NormalWeb"/>
      </w:pPr>
      <w:r>
        <w:t>Jméno a příjmení spotřebitele: __________________________________</w:t>
      </w:r>
    </w:p>
    <w:p w:rsidR="009A251E" w:rsidRDefault="009A251E" w:rsidP="009A251E">
      <w:pPr>
        <w:pStyle w:val="NormalWeb"/>
      </w:pPr>
      <w:r>
        <w:t>Adresa spotřebitele: ____________________________________________</w:t>
      </w:r>
    </w:p>
    <w:p w:rsidR="009A251E" w:rsidRDefault="009A251E" w:rsidP="009A251E">
      <w:pPr>
        <w:pStyle w:val="NormalWeb"/>
      </w:pPr>
      <w:r>
        <w:t>E-mail: _________________________________________________________</w:t>
      </w:r>
    </w:p>
    <w:p w:rsidR="009A251E" w:rsidRDefault="009A251E" w:rsidP="009A251E">
      <w:pPr>
        <w:pStyle w:val="NormalWeb"/>
      </w:pPr>
      <w:r>
        <w:t>Zboží, kterého se odstoupení týká: ______________________________</w:t>
      </w:r>
    </w:p>
    <w:p w:rsidR="009A251E" w:rsidRDefault="009A251E" w:rsidP="009A251E">
      <w:pPr>
        <w:pStyle w:val="NormalWeb"/>
      </w:pPr>
      <w:r>
        <w:t>________________________________________________________________</w:t>
      </w:r>
    </w:p>
    <w:p w:rsidR="009A251E" w:rsidRDefault="009A251E" w:rsidP="009A251E">
      <w:pPr>
        <w:pStyle w:val="NormalWeb"/>
      </w:pPr>
      <w:r>
        <w:t>Číslo bankovního účtu pro vrácení peněz (pokud se liší od původního způsobu platby):</w:t>
      </w:r>
    </w:p>
    <w:p w:rsidR="009A251E" w:rsidRDefault="009A251E" w:rsidP="009A251E">
      <w:pPr>
        <w:pStyle w:val="NormalWeb"/>
      </w:pPr>
      <w:r>
        <w:t>________________________________________________________________</w:t>
      </w:r>
    </w:p>
    <w:p w:rsidR="009A251E" w:rsidRDefault="009A251E" w:rsidP="009A251E">
      <w:pPr>
        <w:pStyle w:val="NormalWeb"/>
      </w:pPr>
      <w:r>
        <w:t> </w:t>
      </w:r>
    </w:p>
    <w:p w:rsidR="009A251E" w:rsidRDefault="009A251E" w:rsidP="009A251E">
      <w:pPr>
        <w:pStyle w:val="NormalWeb"/>
      </w:pPr>
      <w:r>
        <w:t>Datum: ____________________</w:t>
      </w:r>
    </w:p>
    <w:p w:rsidR="009A251E" w:rsidRDefault="009A251E" w:rsidP="009A251E">
      <w:pPr>
        <w:pStyle w:val="NormalWeb"/>
      </w:pPr>
      <w:r>
        <w:t>Podpis spotřebitele (pouze pokud je formulář zasílán v listinné podobě):</w:t>
      </w:r>
    </w:p>
    <w:p w:rsidR="009A251E" w:rsidRDefault="009A251E" w:rsidP="009A251E">
      <w:pPr>
        <w:pStyle w:val="NormalWeb"/>
      </w:pPr>
      <w:r>
        <w:t>________________________________________________________________</w:t>
      </w:r>
    </w:p>
    <w:p w:rsidR="009A251E" w:rsidRDefault="009A251E" w:rsidP="009A251E">
      <w:pPr>
        <w:pStyle w:val="NormalWeb"/>
      </w:pPr>
      <w:r>
        <w:t> </w:t>
      </w:r>
    </w:p>
    <w:p w:rsidR="009A251E" w:rsidRDefault="009A251E" w:rsidP="009A251E">
      <w:pPr>
        <w:pStyle w:val="NormalWeb"/>
      </w:pPr>
      <w:r>
        <w:t> </w:t>
      </w:r>
    </w:p>
    <w:p w:rsidR="00C1072C" w:rsidRDefault="00C1072C"/>
    <w:sectPr w:rsidR="00C1072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9194091">
    <w:abstractNumId w:val="8"/>
  </w:num>
  <w:num w:numId="2" w16cid:durableId="829520371">
    <w:abstractNumId w:val="6"/>
  </w:num>
  <w:num w:numId="3" w16cid:durableId="612590202">
    <w:abstractNumId w:val="5"/>
  </w:num>
  <w:num w:numId="4" w16cid:durableId="627587861">
    <w:abstractNumId w:val="4"/>
  </w:num>
  <w:num w:numId="5" w16cid:durableId="691108670">
    <w:abstractNumId w:val="7"/>
  </w:num>
  <w:num w:numId="6" w16cid:durableId="1239628693">
    <w:abstractNumId w:val="3"/>
  </w:num>
  <w:num w:numId="7" w16cid:durableId="163207391">
    <w:abstractNumId w:val="2"/>
  </w:num>
  <w:num w:numId="8" w16cid:durableId="844173357">
    <w:abstractNumId w:val="1"/>
  </w:num>
  <w:num w:numId="9" w16cid:durableId="955257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C9E"/>
    <w:rsid w:val="0015074B"/>
    <w:rsid w:val="0029639D"/>
    <w:rsid w:val="00326F90"/>
    <w:rsid w:val="00542DCF"/>
    <w:rsid w:val="005A79A5"/>
    <w:rsid w:val="009A251E"/>
    <w:rsid w:val="00AA1D8D"/>
    <w:rsid w:val="00B47730"/>
    <w:rsid w:val="00C1072C"/>
    <w:rsid w:val="00CB0664"/>
    <w:rsid w:val="00D22D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E47A8F8"/>
  <w14:defaultImageDpi w14:val="300"/>
  <w15:docId w15:val="{6294A0EE-B7DB-5841-BEA7-065C4E55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al"/>
    <w:rsid w:val="00077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U" w:eastAsia="en-GB"/>
    </w:rPr>
  </w:style>
  <w:style w:type="paragraph" w:styleId="NormalWeb">
    <w:name w:val="Normal (Web)"/>
    <w:basedOn w:val="Normal"/>
    <w:uiPriority w:val="99"/>
    <w:semiHidden/>
    <w:unhideWhenUsed/>
    <w:rsid w:val="009A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2026-08-29T12:37:00Z</dcterms:created>
  <dcterms:modified xsi:type="dcterms:W3CDTF">2026-08-29T12:37:00Z</dcterms:modified>
  <cp:category/>
</cp:coreProperties>
</file>